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619A" w:rsidRDefault="00000000">
      <w:pPr>
        <w:keepNext/>
        <w:spacing w:before="100" w:after="340"/>
        <w:jc w:val="center"/>
        <w:rPr>
          <w:b/>
          <w:sz w:val="26"/>
        </w:rPr>
      </w:pPr>
      <w:r>
        <w:rPr>
          <w:b/>
          <w:sz w:val="26"/>
        </w:rPr>
        <w:t>ŽÁDOST O OSVOBOZENÍ OD ÚPLATY ZA PŘEDŠKOLNÍ VZDĚLÁVÁNÍ</w:t>
      </w:r>
    </w:p>
    <w:p w:rsidR="00EF27A1" w:rsidRDefault="0070619A">
      <w:pPr>
        <w:keepNext/>
        <w:spacing w:before="100" w:after="340"/>
        <w:jc w:val="center"/>
      </w:pPr>
      <w:r>
        <w:rPr>
          <w:b/>
          <w:sz w:val="26"/>
        </w:rPr>
        <w:t xml:space="preserve">                                                      ŠKOLNÍ DUŽINU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 w:rsidR="00EF27A1">
        <w:trPr>
          <w:jc w:val="center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 w:rsidR="00EF27A1" w:rsidRDefault="00000000">
            <w:pPr>
              <w:spacing w:after="120"/>
            </w:pPr>
            <w:r>
              <w:t>Žadatel:  ______________________________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 w:rsidR="00EF27A1" w:rsidRDefault="00000000">
            <w:pPr>
              <w:spacing w:after="120"/>
            </w:pPr>
            <w:r>
              <w:t>Dítě:  ________________________________</w:t>
            </w:r>
          </w:p>
        </w:tc>
      </w:tr>
      <w:tr w:rsidR="00EF27A1">
        <w:trPr>
          <w:jc w:val="center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 w:rsidR="00EF27A1" w:rsidRDefault="00000000">
            <w:pPr>
              <w:spacing w:after="120"/>
            </w:pPr>
            <w:r>
              <w:t>Datum narození:  ________________________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 w:rsidR="00EF27A1" w:rsidRDefault="00000000">
            <w:pPr>
              <w:spacing w:after="120"/>
            </w:pPr>
            <w:r>
              <w:t>Datum narození:  ________________________</w:t>
            </w:r>
          </w:p>
        </w:tc>
      </w:tr>
      <w:tr w:rsidR="00EF27A1">
        <w:trPr>
          <w:jc w:val="center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 w:rsidR="00EF27A1" w:rsidRDefault="00000000">
            <w:pPr>
              <w:spacing w:after="120"/>
            </w:pPr>
            <w:r>
              <w:t>Trvale bytem:  __________________________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 w:rsidR="00EF27A1" w:rsidRDefault="00000000">
            <w:pPr>
              <w:spacing w:after="120"/>
            </w:pPr>
            <w:r>
              <w:t>Trvale bytem:  __________________________</w:t>
            </w:r>
          </w:p>
        </w:tc>
      </w:tr>
      <w:tr w:rsidR="00EF27A1">
        <w:trPr>
          <w:jc w:val="center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 w:rsidR="00EF27A1" w:rsidRDefault="00000000">
            <w:pPr>
              <w:spacing w:after="120"/>
            </w:pPr>
            <w:r>
              <w:t>__________________________________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 w:rsidR="00EF27A1" w:rsidRDefault="00000000">
            <w:pPr>
              <w:spacing w:after="120"/>
            </w:pPr>
            <w:r>
              <w:t>__________________________________</w:t>
            </w:r>
          </w:p>
        </w:tc>
      </w:tr>
      <w:tr w:rsidR="00EF27A1">
        <w:trPr>
          <w:jc w:val="center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 w:rsidR="00EF27A1" w:rsidRDefault="00000000">
            <w:r>
              <w:rPr>
                <w:b/>
              </w:rPr>
              <w:t>dále jen „zákonný zástupce“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 w:rsidR="00EF27A1" w:rsidRDefault="00000000">
            <w:r>
              <w:rPr>
                <w:b/>
              </w:rPr>
              <w:t>dále jen „dítě“</w:t>
            </w:r>
          </w:p>
        </w:tc>
      </w:tr>
    </w:tbl>
    <w:p w:rsidR="00EF27A1" w:rsidRDefault="00000000">
      <w:pPr>
        <w:spacing w:before="340" w:after="240"/>
      </w:pPr>
      <w:proofErr w:type="spellStart"/>
      <w:r>
        <w:t>Jako</w:t>
      </w:r>
      <w:proofErr w:type="spellEnd"/>
      <w:r>
        <w:t xml:space="preserve"> </w:t>
      </w:r>
      <w:proofErr w:type="spellStart"/>
      <w:r>
        <w:t>zákonný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</w:t>
      </w:r>
      <w:proofErr w:type="spellStart"/>
      <w:r>
        <w:t>navštěvující</w:t>
      </w:r>
      <w:proofErr w:type="spellEnd"/>
      <w:r>
        <w:t xml:space="preserve"> </w:t>
      </w:r>
      <w:proofErr w:type="spellStart"/>
      <w:r>
        <w:t>mateřskou</w:t>
      </w:r>
      <w:proofErr w:type="spellEnd"/>
      <w:r>
        <w:t xml:space="preserve"> </w:t>
      </w:r>
      <w:proofErr w:type="spellStart"/>
      <w:r>
        <w:t>školu</w:t>
      </w:r>
      <w:proofErr w:type="spellEnd"/>
      <w:r w:rsidR="0070619A">
        <w:t>/</w:t>
      </w:r>
      <w:proofErr w:type="spellStart"/>
      <w:r w:rsidR="0070619A">
        <w:t>školní</w:t>
      </w:r>
      <w:proofErr w:type="spellEnd"/>
      <w:r w:rsidR="0070619A">
        <w:t xml:space="preserve"> </w:t>
      </w:r>
      <w:proofErr w:type="spellStart"/>
      <w:r w:rsidR="0070619A">
        <w:t>družinu</w:t>
      </w:r>
      <w:proofErr w:type="spellEnd"/>
      <w:r>
        <w:t xml:space="preserve">, </w:t>
      </w:r>
      <w:proofErr w:type="spellStart"/>
      <w:r>
        <w:t>jejíž</w:t>
      </w:r>
      <w:proofErr w:type="spellEnd"/>
      <w:r>
        <w:t xml:space="preserve"> </w:t>
      </w:r>
      <w:proofErr w:type="spellStart"/>
      <w:r>
        <w:t>činnost</w:t>
      </w:r>
      <w:proofErr w:type="spellEnd"/>
      <w:r>
        <w:t xml:space="preserve"> </w:t>
      </w:r>
      <w:proofErr w:type="spellStart"/>
      <w:r>
        <w:t>vykonává</w:t>
      </w:r>
      <w:proofErr w:type="spellEnd"/>
      <w:r>
        <w:t xml:space="preserve"> </w:t>
      </w:r>
      <w:proofErr w:type="spellStart"/>
      <w:r w:rsidR="0070619A">
        <w:t>Základní</w:t>
      </w:r>
      <w:proofErr w:type="spellEnd"/>
      <w:r w:rsidR="0070619A">
        <w:t xml:space="preserve"> </w:t>
      </w:r>
      <w:proofErr w:type="spellStart"/>
      <w:r w:rsidR="0070619A">
        <w:t>škola</w:t>
      </w:r>
      <w:proofErr w:type="spellEnd"/>
      <w:r w:rsidR="0070619A">
        <w:t xml:space="preserve"> a </w:t>
      </w:r>
      <w:proofErr w:type="spellStart"/>
      <w:r w:rsidR="0070619A">
        <w:t>Mateřská</w:t>
      </w:r>
      <w:proofErr w:type="spellEnd"/>
      <w:r w:rsidR="0070619A">
        <w:t xml:space="preserve"> </w:t>
      </w:r>
      <w:proofErr w:type="spellStart"/>
      <w:r w:rsidR="0070619A">
        <w:t>škola</w:t>
      </w:r>
      <w:proofErr w:type="spellEnd"/>
      <w:r w:rsidR="0070619A">
        <w:t xml:space="preserve"> </w:t>
      </w:r>
      <w:proofErr w:type="spellStart"/>
      <w:r w:rsidR="0070619A">
        <w:t>Střížov</w:t>
      </w:r>
      <w:proofErr w:type="spellEnd"/>
      <w:r>
        <w:t xml:space="preserve">, </w:t>
      </w:r>
      <w:proofErr w:type="spellStart"/>
      <w:r>
        <w:t>příspěvková</w:t>
      </w:r>
      <w:proofErr w:type="spellEnd"/>
      <w:r>
        <w:t xml:space="preserve"> </w:t>
      </w:r>
      <w:proofErr w:type="spellStart"/>
      <w:r>
        <w:t>organizace</w:t>
      </w:r>
      <w:proofErr w:type="spellEnd"/>
      <w:r>
        <w:t xml:space="preserve"> </w:t>
      </w:r>
      <w:proofErr w:type="spellStart"/>
      <w:r>
        <w:t>Vás</w:t>
      </w:r>
      <w:proofErr w:type="spellEnd"/>
      <w:r>
        <w:t xml:space="preserve"> </w:t>
      </w:r>
      <w:proofErr w:type="spellStart"/>
      <w:r>
        <w:t>tímto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§123 zákona č. 561/2004 Sb., školský zákon, ve znění pozdějších přepisů a v souladu s §6 odst. 6 vyhlášky č. 14/2005 Sb., o </w:t>
      </w:r>
      <w:proofErr w:type="spellStart"/>
      <w:r>
        <w:t>osvobození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úplaty</w:t>
      </w:r>
      <w:proofErr w:type="spellEnd"/>
      <w:r>
        <w:t xml:space="preserve"> za </w:t>
      </w:r>
      <w:proofErr w:type="spellStart"/>
      <w:r>
        <w:t>předškolní</w:t>
      </w:r>
      <w:proofErr w:type="spellEnd"/>
      <w:r w:rsidR="0070619A">
        <w:t>/</w:t>
      </w:r>
      <w:proofErr w:type="spellStart"/>
      <w:r w:rsidR="0070619A">
        <w:t>mimoškolní</w:t>
      </w:r>
      <w:proofErr w:type="spellEnd"/>
      <w:r w:rsidR="0070619A">
        <w:t xml:space="preserve"> </w:t>
      </w:r>
      <w:proofErr w:type="spellStart"/>
      <w:r>
        <w:t>vzdělávání</w:t>
      </w:r>
      <w:proofErr w:type="spellEnd"/>
      <w:r>
        <w:t xml:space="preserve"> </w:t>
      </w:r>
      <w:proofErr w:type="spellStart"/>
      <w:r>
        <w:t>žádám</w:t>
      </w:r>
      <w:proofErr w:type="spellEnd"/>
      <w:r>
        <w:t xml:space="preserve"> o </w:t>
      </w:r>
      <w:proofErr w:type="spellStart"/>
      <w:r>
        <w:t>osvobození</w:t>
      </w:r>
      <w:proofErr w:type="spellEnd"/>
      <w:r>
        <w:t xml:space="preserve"> </w:t>
      </w:r>
      <w:proofErr w:type="spellStart"/>
      <w:r>
        <w:t>úplaty</w:t>
      </w:r>
      <w:proofErr w:type="spellEnd"/>
      <w:r>
        <w:t xml:space="preserve"> za </w:t>
      </w:r>
      <w:proofErr w:type="spellStart"/>
      <w:r>
        <w:t>předškolní</w:t>
      </w:r>
      <w:proofErr w:type="spellEnd"/>
      <w:r w:rsidR="0070619A">
        <w:t>/</w:t>
      </w:r>
      <w:proofErr w:type="spellStart"/>
      <w:r w:rsidR="0070619A">
        <w:t>mimoškolní</w:t>
      </w:r>
      <w:proofErr w:type="spellEnd"/>
      <w:r w:rsidR="0070619A">
        <w:t xml:space="preserve"> </w:t>
      </w:r>
      <w:proofErr w:type="spellStart"/>
      <w:r>
        <w:t>vzdělávání</w:t>
      </w:r>
      <w:proofErr w:type="spellEnd"/>
      <w:r>
        <w:t>, a to z důvodu, že:</w:t>
      </w:r>
    </w:p>
    <w:p w:rsidR="00EF27A1" w:rsidRDefault="00000000">
      <w:pPr>
        <w:spacing w:before="80" w:after="80"/>
      </w:pPr>
      <w:r>
        <w:rPr>
          <w:sz w:val="22"/>
        </w:rPr>
        <w:t xml:space="preserve">☐ </w:t>
      </w:r>
      <w:r>
        <w:rPr>
          <w:b/>
        </w:rPr>
        <w:t>jsem zákonným zástupcem dítěte, pobírající opakující se dávku pomoci v hmotné nouzi ve smyslu § 4 odst. 2 zákona č. 111/2006 Sb., o pomoci v hmotné nouzi, ve znění zákona č. 366/2011 Sb.</w:t>
      </w:r>
    </w:p>
    <w:p w:rsidR="00EF27A1" w:rsidRDefault="00000000">
      <w:pPr>
        <w:spacing w:after="160"/>
      </w:pPr>
      <w:r>
        <w:rPr>
          <w:i/>
          <w:sz w:val="18"/>
        </w:rPr>
        <w:t>K žádosti přikládám: Oznámení o přiznání dávky státní podpory o poskytování zvýšení příspěvku na péči. Je nutné prokázat pravidelně do 15. dne v každém kalendářním měsíci, ve kterém se o osvobození žádá předložením nového potvrzení ÚP</w:t>
      </w:r>
    </w:p>
    <w:p w:rsidR="00EF27A1" w:rsidRDefault="00000000">
      <w:pPr>
        <w:spacing w:before="80" w:after="80"/>
      </w:pPr>
      <w:r>
        <w:rPr>
          <w:sz w:val="22"/>
        </w:rPr>
        <w:t xml:space="preserve">☐ </w:t>
      </w:r>
      <w:r>
        <w:rPr>
          <w:b/>
        </w:rPr>
        <w:t>jsem zákonný zástupce nezaopatřeného dítěte, kterému náleží zvýšení příspěvku na péči ve smyslu § 12 odst. 1 zákona č. 108/2006 Sb., o sociálních službách, ve znění zákona č. 366/2011 Sb.</w:t>
      </w:r>
    </w:p>
    <w:p w:rsidR="00EF27A1" w:rsidRDefault="00000000">
      <w:pPr>
        <w:spacing w:after="160"/>
      </w:pPr>
      <w:r>
        <w:rPr>
          <w:i/>
          <w:sz w:val="18"/>
        </w:rPr>
        <w:t>K žádosti přikládám: Oznámení o přiznání dávky státní sociální podpory o poskytování zvýšení příspěvku na péči</w:t>
      </w:r>
    </w:p>
    <w:p w:rsidR="00EF27A1" w:rsidRDefault="00000000">
      <w:pPr>
        <w:spacing w:before="80" w:after="80"/>
      </w:pPr>
      <w:r>
        <w:rPr>
          <w:sz w:val="22"/>
        </w:rPr>
        <w:t xml:space="preserve">☐ </w:t>
      </w:r>
      <w:r>
        <w:rPr>
          <w:b/>
        </w:rPr>
        <w:t>jsem zákonný zástupce nezaopatřeného dítěte, kterému náleží přídavek na dítě ve smyslu § 17 zákona č. 117/1995 Sb., o státní sociální podpoře</w:t>
      </w:r>
    </w:p>
    <w:p w:rsidR="00EF27A1" w:rsidRDefault="00000000">
      <w:pPr>
        <w:spacing w:after="160"/>
      </w:pPr>
      <w:r>
        <w:rPr>
          <w:i/>
          <w:sz w:val="18"/>
        </w:rPr>
        <w:t>K žádosti přikládám: Oznámení o přiznání dávky státní sociální podpory - přídavek na dítě. Rozhodnutí ÚP je nutné prokázat čtvrtletně pro každé období. Prohlašuji, že v případě pozbytí platnosti již vydaného Rozhodnutí ÚP doložím nové, platné rozhodnutí pro další období.</w:t>
      </w:r>
    </w:p>
    <w:p w:rsidR="00EF27A1" w:rsidRDefault="00000000">
      <w:pPr>
        <w:spacing w:before="80" w:after="80"/>
      </w:pPr>
      <w:r>
        <w:rPr>
          <w:sz w:val="22"/>
        </w:rPr>
        <w:t xml:space="preserve">☐ </w:t>
      </w:r>
      <w:r>
        <w:rPr>
          <w:b/>
        </w:rPr>
        <w:t>jsem rodič, kterému náleží zvýšení příspěvku na péči z důvodu péče o nezaopatřené dítě ve smyslu § 12 odst. 1 zákona č. 108/2006 Sb., o sociálních službách</w:t>
      </w:r>
    </w:p>
    <w:p w:rsidR="00EF27A1" w:rsidRDefault="00000000">
      <w:pPr>
        <w:spacing w:after="160"/>
      </w:pPr>
      <w:r>
        <w:rPr>
          <w:i/>
          <w:sz w:val="18"/>
        </w:rPr>
        <w:t>K žádosti přikládám: Oznámení o přiznání dávky státní sociální podpory o poskytování zvýšení příspěvku na péči</w:t>
      </w:r>
    </w:p>
    <w:p w:rsidR="00EF27A1" w:rsidRDefault="00000000">
      <w:pPr>
        <w:spacing w:before="80" w:after="80"/>
      </w:pPr>
      <w:r>
        <w:rPr>
          <w:sz w:val="22"/>
        </w:rPr>
        <w:t xml:space="preserve">☐ </w:t>
      </w:r>
      <w:r>
        <w:rPr>
          <w:b/>
        </w:rPr>
        <w:t>jsem fyzická osoba, která o dítě osobně pečuje a z důvodu péče o toto dítě pobírá dávky pěstounské péče ve smyslu § 47e zákona č. 359/1999 Sb., o sociálně-právní ochraně dětí</w:t>
      </w:r>
    </w:p>
    <w:p w:rsidR="00EF27A1" w:rsidRDefault="00000000">
      <w:pPr>
        <w:spacing w:after="160"/>
      </w:pPr>
      <w:r>
        <w:rPr>
          <w:i/>
          <w:sz w:val="18"/>
        </w:rPr>
        <w:t>K žádosti přikládám: Oznámení o přiznání dávky pěstounské péče</w:t>
      </w:r>
    </w:p>
    <w:p w:rsidR="00EF27A1" w:rsidRDefault="00000000">
      <w:pPr>
        <w:spacing w:before="300" w:after="360"/>
      </w:pPr>
      <w:r>
        <w:t>Beru na vědomí, že o každé změně jsem povinen mateřskou školu informovat do 8 pracovních dnů ode dne, kdy taková změna nastane.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9"/>
        <w:gridCol w:w="4762"/>
      </w:tblGrid>
      <w:tr w:rsidR="00EF27A1">
        <w:trPr>
          <w:jc w:val="center"/>
        </w:trPr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27A1" w:rsidRDefault="00000000">
            <w:r>
              <w:t>V ____________________ dne ______________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27A1" w:rsidRDefault="00000000">
            <w:pPr>
              <w:jc w:val="center"/>
            </w:pPr>
            <w:r>
              <w:t>________________________</w:t>
            </w:r>
          </w:p>
        </w:tc>
      </w:tr>
      <w:tr w:rsidR="00EF27A1">
        <w:trPr>
          <w:jc w:val="center"/>
        </w:trPr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EF27A1" w:rsidRDefault="00EF27A1"/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EF27A1" w:rsidRDefault="00000000">
            <w:pPr>
              <w:jc w:val="center"/>
            </w:pPr>
            <w:r>
              <w:t>Zákonný zástupce</w:t>
            </w:r>
          </w:p>
        </w:tc>
      </w:tr>
    </w:tbl>
    <w:p w:rsidR="006A5FB1" w:rsidRDefault="006A5FB1"/>
    <w:sectPr w:rsidR="006A5FB1" w:rsidSect="00034616">
      <w:pgSz w:w="11906" w:h="16838"/>
      <w:pgMar w:top="822" w:right="822" w:bottom="850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7479803">
    <w:abstractNumId w:val="8"/>
  </w:num>
  <w:num w:numId="2" w16cid:durableId="75708105">
    <w:abstractNumId w:val="6"/>
  </w:num>
  <w:num w:numId="3" w16cid:durableId="669723401">
    <w:abstractNumId w:val="5"/>
  </w:num>
  <w:num w:numId="4" w16cid:durableId="665476952">
    <w:abstractNumId w:val="4"/>
  </w:num>
  <w:num w:numId="5" w16cid:durableId="1716006219">
    <w:abstractNumId w:val="7"/>
  </w:num>
  <w:num w:numId="6" w16cid:durableId="2015063901">
    <w:abstractNumId w:val="3"/>
  </w:num>
  <w:num w:numId="7" w16cid:durableId="1684354944">
    <w:abstractNumId w:val="2"/>
  </w:num>
  <w:num w:numId="8" w16cid:durableId="1412968519">
    <w:abstractNumId w:val="1"/>
  </w:num>
  <w:num w:numId="9" w16cid:durableId="244729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5FB1"/>
    <w:rsid w:val="0070619A"/>
    <w:rsid w:val="00AA1D8D"/>
    <w:rsid w:val="00B47730"/>
    <w:rsid w:val="00CB0664"/>
    <w:rsid w:val="00CE524C"/>
    <w:rsid w:val="00EF27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D3AD879-38AF-6445-B2EE-B68DBB744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 w:line="240" w:lineRule="auto"/>
    </w:pPr>
    <w:rPr>
      <w:rFonts w:ascii="Arial" w:hAnsi="Arial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osvobození od úplaty za předškolní vzdělávání</dc:title>
  <dc:subject>Formulář žádosti</dc:subject>
  <dc:creator>Radek Míček</dc:creator>
  <cp:keywords/>
  <dc:description>generated by python-docx</dc:description>
  <cp:lastModifiedBy>Radek Míček</cp:lastModifiedBy>
  <cp:revision>2</cp:revision>
  <dcterms:created xsi:type="dcterms:W3CDTF">2026-09-21T13:48:00Z</dcterms:created>
  <dcterms:modified xsi:type="dcterms:W3CDTF">2026-09-21T13:48:00Z</dcterms:modified>
  <cp:category/>
</cp:coreProperties>
</file>